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F021" w14:textId="77777777" w:rsidR="0044150A" w:rsidRPr="0019691F" w:rsidRDefault="00000000" w:rsidP="0019691F">
      <w:pPr>
        <w:pStyle w:val="Ttulo"/>
        <w:spacing w:line="360" w:lineRule="auto"/>
        <w:rPr>
          <w:lang w:val="pt-PT"/>
        </w:rPr>
      </w:pPr>
      <w:r w:rsidRPr="0019691F">
        <w:rPr>
          <w:lang w:val="pt-PT"/>
        </w:rPr>
        <w:t>AUTORIA E PUBLICAÇÃO DA OBRA</w:t>
      </w:r>
    </w:p>
    <w:p w14:paraId="10A9D551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Este formulário acompanha a submissão de uma obra a O BAZAR. Permite identificar o autor e a obra, autorizar a sua publicação e manter um registo que possa ser útil à protecção dos Direitos de Autor.</w:t>
      </w:r>
    </w:p>
    <w:p w14:paraId="5E694829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O/A AUTOR/A</w:t>
      </w:r>
    </w:p>
    <w:p w14:paraId="08022E88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Nome completo:</w:t>
      </w:r>
    </w:p>
    <w:p w14:paraId="56BFBE85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14FCC71D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Nome artístico / pseudónimo (se aplicável):</w:t>
      </w:r>
    </w:p>
    <w:p w14:paraId="406F725C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0E831090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Email:</w:t>
      </w:r>
    </w:p>
    <w:p w14:paraId="551F0F52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239BA0AC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País de residência:</w:t>
      </w:r>
    </w:p>
    <w:p w14:paraId="246F9ED5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692D1BA1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A OBRA</w:t>
      </w:r>
    </w:p>
    <w:p w14:paraId="0289EFEB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Título:</w:t>
      </w:r>
    </w:p>
    <w:p w14:paraId="00C5CA97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3EF9A985" w14:textId="7F199190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 xml:space="preserve">Categoria:  </w:t>
      </w:r>
      <w:sdt>
        <w:sdtPr>
          <w:rPr>
            <w:lang w:val="pt-PT"/>
          </w:rPr>
          <w:alias w:val="Caixa de seleção"/>
          <w:tag w:val="obazar_checkbox_1001"/>
          <w:id w:val="1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Artes Plásticas    </w:t>
      </w:r>
      <w:sdt>
        <w:sdtPr>
          <w:rPr>
            <w:lang w:val="pt-PT"/>
          </w:rPr>
          <w:alias w:val="Caixa de seleção"/>
          <w:tag w:val="obazar_checkbox_1002"/>
          <w:id w:val="1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Literatura    </w:t>
      </w:r>
      <w:sdt>
        <w:sdtPr>
          <w:rPr>
            <w:lang w:val="pt-PT"/>
          </w:rPr>
          <w:alias w:val="Caixa de seleção"/>
          <w:tag w:val="obazar_checkbox_1003"/>
          <w:id w:val="1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Música    </w:t>
      </w:r>
      <w:sdt>
        <w:sdtPr>
          <w:rPr>
            <w:lang w:val="pt-PT"/>
          </w:rPr>
          <w:alias w:val="Caixa de seleção"/>
          <w:tag w:val="obazar_checkbox_1004"/>
          <w:id w:val="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Teatro    </w:t>
      </w:r>
      <w:sdt>
        <w:sdtPr>
          <w:rPr>
            <w:lang w:val="pt-PT"/>
          </w:rPr>
          <w:alias w:val="Caixa de seleção"/>
          <w:tag w:val="obazar_checkbox_1005"/>
          <w:id w:val="1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91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Pr="0019691F">
        <w:rPr>
          <w:lang w:val="pt-PT"/>
        </w:rPr>
        <w:t xml:space="preserve"> Outra: ___________</w:t>
      </w:r>
    </w:p>
    <w:p w14:paraId="0AE939AB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Descrição breve:</w:t>
      </w:r>
    </w:p>
    <w:p w14:paraId="3055FA23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6D69E036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11CB6D1C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Data ou período aproximado de criação:</w:t>
      </w:r>
    </w:p>
    <w:p w14:paraId="44257774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6C648464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 xml:space="preserve">A obra foi publicada anteriormente?  </w:t>
      </w:r>
      <w:sdt>
        <w:sdtPr>
          <w:rPr>
            <w:lang w:val="pt-PT"/>
          </w:rPr>
          <w:alias w:val="Caixa de seleção"/>
          <w:tag w:val="obazar_checkbox_1006"/>
          <w:id w:val="1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Não    </w:t>
      </w:r>
      <w:sdt>
        <w:sdtPr>
          <w:rPr>
            <w:lang w:val="pt-PT"/>
          </w:rPr>
          <w:alias w:val="Caixa de seleção"/>
          <w:tag w:val="obazar_checkbox_1007"/>
          <w:id w:val="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Sim</w:t>
      </w:r>
    </w:p>
    <w:p w14:paraId="6737D5B4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Se sim, indicar onde e, se possível, a data:</w:t>
      </w:r>
    </w:p>
    <w:p w14:paraId="640E5173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14579AAC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AUTORIA E DIREITOS</w:t>
      </w:r>
    </w:p>
    <w:p w14:paraId="7FD56F8E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Ao submeter esta obra, confirmo que sou o seu autor ou que tenho os direitos necessários para a publicar. Se nela participarem coautores, intérpretes ou outras pessoas com direitos sobre a obra, confirmo que tenho o seu acordo para esta publicação.</w:t>
      </w:r>
    </w:p>
    <w:p w14:paraId="3A2587D5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 xml:space="preserve">Há coautores ou outros titulares de direitos?  </w:t>
      </w:r>
      <w:sdt>
        <w:sdtPr>
          <w:rPr>
            <w:lang w:val="pt-PT"/>
          </w:rPr>
          <w:alias w:val="Caixa de seleção"/>
          <w:tag w:val="obazar_checkbox_1008"/>
          <w:id w:val="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Não    </w:t>
      </w:r>
      <w:sdt>
        <w:sdtPr>
          <w:rPr>
            <w:lang w:val="pt-PT"/>
          </w:rPr>
          <w:alias w:val="Caixa de seleção"/>
          <w:tag w:val="obazar_checkbox_1009"/>
          <w:id w:val="1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Sim</w:t>
      </w:r>
    </w:p>
    <w:p w14:paraId="4CD8C9EC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Se sim, indicar nome(s) e participação:</w:t>
      </w:r>
    </w:p>
    <w:p w14:paraId="33C750E1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0076A208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 xml:space="preserve">A obra inclui pessoas identificáveis cuja autorização seja necessária?  </w:t>
      </w:r>
      <w:sdt>
        <w:sdtPr>
          <w:rPr>
            <w:lang w:val="pt-PT"/>
          </w:rPr>
          <w:alias w:val="Caixa de seleção"/>
          <w:tag w:val="obazar_checkbox_1010"/>
          <w:id w:val="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Não    </w:t>
      </w:r>
      <w:sdt>
        <w:sdtPr>
          <w:rPr>
            <w:lang w:val="pt-PT"/>
          </w:rPr>
          <w:alias w:val="Caixa de seleção"/>
          <w:tag w:val="obazar_checkbox_1011"/>
          <w:id w:val="1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Sim</w:t>
      </w:r>
    </w:p>
    <w:p w14:paraId="6232BBA9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Se sim, confirmo que essa autorização foi obtida.</w:t>
      </w:r>
    </w:p>
    <w:p w14:paraId="4F56296C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PUBLICAÇÃO NO BAZAR</w:t>
      </w:r>
    </w:p>
    <w:p w14:paraId="377FF02C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Ao enviar a obra, autorizo a sua publicação e divulgação n’O BAZAR, sem qualquer transferência dos meus direitos sobre ela.</w:t>
      </w:r>
    </w:p>
    <w:p w14:paraId="422D9CF4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lastRenderedPageBreak/>
        <w:t>Autorizo igualmente as adaptações técnicas necessárias à sua apresentação no site, como alterações de formato, dimensão ou compressão.</w:t>
      </w:r>
    </w:p>
    <w:p w14:paraId="6AEB15BA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O/A autor/a pode, a qualquer momento, retirar a obra d’O BAZAR.</w:t>
      </w:r>
    </w:p>
    <w:p w14:paraId="57AD7FA6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REGISTO E PROTECÇÃO</w:t>
      </w:r>
    </w:p>
    <w:p w14:paraId="3606DF8B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O BAZAR guardará o ficheiro original e um registo técnico da submissão e publicação da obra, incluindo a respetiva data e identificação digital (SHA-256).</w:t>
      </w:r>
    </w:p>
    <w:p w14:paraId="40BAA1FA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Este registo não certifica a autoria, mas documenta a submissão da obra e poderá ser facultado ao autor, podendo contribuir para a defesa dos seus direitos.</w:t>
      </w:r>
    </w:p>
    <w:p w14:paraId="52E4BC6D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Os dados fornecidos serão utilizados para gerir a publicação, manter este registo e assegurar o contacto entre o autor e O BAZAR.</w:t>
      </w:r>
    </w:p>
    <w:p w14:paraId="2C1D7BD0" w14:textId="77777777" w:rsidR="0044150A" w:rsidRPr="0019691F" w:rsidRDefault="00000000" w:rsidP="0019691F">
      <w:pPr>
        <w:pStyle w:val="Ttulo1"/>
        <w:spacing w:line="360" w:lineRule="auto"/>
        <w:rPr>
          <w:lang w:val="pt-PT"/>
        </w:rPr>
      </w:pPr>
      <w:r w:rsidRPr="0019691F">
        <w:rPr>
          <w:lang w:val="pt-PT"/>
        </w:rPr>
        <w:t>CONFIRMAÇÃO</w:t>
      </w:r>
    </w:p>
    <w:p w14:paraId="0223A8B8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r w:rsidRPr="0019691F">
        <w:rPr>
          <w:lang w:val="pt-PT"/>
        </w:rPr>
        <w:t>Confirmo que as informações que forneci são verdadeiras, que tenho os direitos necessários para submeter esta obra e que autorizo a sua publicação em O BAZAR nos termos acima indicados.</w:t>
      </w:r>
    </w:p>
    <w:p w14:paraId="2D0C3944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Nome completo:</w:t>
      </w:r>
    </w:p>
    <w:p w14:paraId="48FDB5CE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483470FC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Data: ____ / ____ / ______</w:t>
      </w:r>
    </w:p>
    <w:p w14:paraId="1EDF4286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7607D363" w14:textId="77777777" w:rsidR="0044150A" w:rsidRPr="0019691F" w:rsidRDefault="00000000" w:rsidP="0019691F">
      <w:pPr>
        <w:spacing w:after="0" w:line="360" w:lineRule="auto"/>
        <w:rPr>
          <w:rFonts w:hint="eastAsia"/>
          <w:lang w:val="pt-PT"/>
        </w:rPr>
      </w:pPr>
      <w:r w:rsidRPr="0019691F">
        <w:rPr>
          <w:b/>
          <w:lang w:val="pt-PT"/>
        </w:rPr>
        <w:t>Assinatura (se aplicável):</w:t>
      </w:r>
    </w:p>
    <w:p w14:paraId="25456C76" w14:textId="77777777" w:rsidR="0044150A" w:rsidRPr="0019691F" w:rsidRDefault="00000000" w:rsidP="0019691F">
      <w:pPr>
        <w:spacing w:after="20" w:line="360" w:lineRule="auto"/>
        <w:rPr>
          <w:rFonts w:hint="eastAsia"/>
          <w:lang w:val="pt-PT"/>
        </w:rPr>
      </w:pPr>
      <w:r w:rsidRPr="0019691F">
        <w:rPr>
          <w:lang w:val="pt-PT"/>
        </w:rPr>
        <w:t>________________________________________________________________________________</w:t>
      </w:r>
    </w:p>
    <w:p w14:paraId="735EA921" w14:textId="77777777" w:rsidR="0044150A" w:rsidRPr="0019691F" w:rsidRDefault="00000000" w:rsidP="0019691F">
      <w:pPr>
        <w:spacing w:line="360" w:lineRule="auto"/>
        <w:jc w:val="center"/>
        <w:rPr>
          <w:rFonts w:hint="eastAsia"/>
          <w:lang w:val="pt-PT"/>
        </w:rPr>
      </w:pPr>
      <w:r w:rsidRPr="0019691F">
        <w:rPr>
          <w:b/>
          <w:lang w:val="pt-PT"/>
        </w:rPr>
        <w:t>OU</w:t>
      </w:r>
    </w:p>
    <w:p w14:paraId="118B5505" w14:textId="77777777" w:rsidR="0044150A" w:rsidRPr="0019691F" w:rsidRDefault="00000000" w:rsidP="0019691F">
      <w:pPr>
        <w:spacing w:line="360" w:lineRule="auto"/>
        <w:rPr>
          <w:rFonts w:hint="eastAsia"/>
          <w:lang w:val="pt-PT"/>
        </w:rPr>
      </w:pPr>
      <w:sdt>
        <w:sdtPr>
          <w:rPr>
            <w:lang w:val="pt-PT"/>
          </w:rPr>
          <w:alias w:val="Caixa de seleção"/>
          <w:tag w:val="obazar_checkbox_1012"/>
          <w:id w:val="1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691F">
            <w:rPr>
              <w:lang w:val="pt-PT"/>
            </w:rPr>
            <w:t>☐</w:t>
          </w:r>
        </w:sdtContent>
      </w:sdt>
      <w:r w:rsidRPr="0019691F">
        <w:rPr>
          <w:lang w:val="pt-PT"/>
        </w:rPr>
        <w:t xml:space="preserve"> Confirmo eletronicamente esta declaração.</w:t>
      </w:r>
    </w:p>
    <w:sectPr w:rsidR="0044150A" w:rsidRPr="0019691F" w:rsidSect="00034616">
      <w:pgSz w:w="12240" w:h="15840"/>
      <w:pgMar w:top="765" w:right="879" w:bottom="765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778166">
    <w:abstractNumId w:val="8"/>
  </w:num>
  <w:num w:numId="2" w16cid:durableId="1564213372">
    <w:abstractNumId w:val="6"/>
  </w:num>
  <w:num w:numId="3" w16cid:durableId="2124036029">
    <w:abstractNumId w:val="5"/>
  </w:num>
  <w:num w:numId="4" w16cid:durableId="1055858105">
    <w:abstractNumId w:val="4"/>
  </w:num>
  <w:num w:numId="5" w16cid:durableId="548343081">
    <w:abstractNumId w:val="7"/>
  </w:num>
  <w:num w:numId="6" w16cid:durableId="1982808295">
    <w:abstractNumId w:val="3"/>
  </w:num>
  <w:num w:numId="7" w16cid:durableId="2001811889">
    <w:abstractNumId w:val="2"/>
  </w:num>
  <w:num w:numId="8" w16cid:durableId="223763208">
    <w:abstractNumId w:val="1"/>
  </w:num>
  <w:num w:numId="9" w16cid:durableId="115155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7619"/>
    <w:rsid w:val="0019691F"/>
    <w:rsid w:val="0029639D"/>
    <w:rsid w:val="00326F90"/>
    <w:rsid w:val="004415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2B6F68"/>
  <w14:defaultImageDpi w14:val="300"/>
  <w15:docId w15:val="{39EFB278-AC10-4314-9FA1-0429B797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Garamond" w:hAnsi="Garamond"/>
      <w:sz w:val="21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3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Dinis Carrilho</cp:lastModifiedBy>
  <cp:revision>2</cp:revision>
  <dcterms:created xsi:type="dcterms:W3CDTF">2026-08-16T23:51:00Z</dcterms:created>
  <dcterms:modified xsi:type="dcterms:W3CDTF">2026-08-16T23:51:00Z</dcterms:modified>
  <cp:category/>
</cp:coreProperties>
</file>